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312" w:lineRule="auto"/>
        <w:jc w:val="center"/>
      </w:pPr>
      <w:r>
        <w:rPr>
          <w:b/>
        </w:rPr>
        <w:t>[BURSA İL / NİLÜFER İLÇE] TÜKETİCİ HAKEM HEYETİ BAŞKANLIĞI'NA</w:t>
      </w:r>
    </w:p>
    <w:p>
      <w:pPr>
        <w:spacing w:after="120" w:before="0" w:line="312" w:lineRule="auto"/>
      </w:pPr>
      <w:r>
        <w:rPr>
          <w:b/>
        </w:rPr>
        <w:t xml:space="preserve">BAŞVURAN (TÜKETİCİ): </w:t>
      </w:r>
      <w:r>
        <w:t>[Ad Soyad] – T.C. Kimlik No: [...........] – Doğum tarihi: [gün/ay/yıl]</w:t>
      </w:r>
    </w:p>
    <w:p>
      <w:pPr>
        <w:spacing w:after="120" w:before="0" w:line="312" w:lineRule="auto"/>
      </w:pPr>
      <w:r>
        <w:rPr>
          <w:b/>
        </w:rPr>
        <w:t xml:space="preserve">İKAMET VE TEBLİGAT ADRESİ: </w:t>
      </w:r>
      <w:r>
        <w:t>[Açık adres, ilçe/il]</w:t>
      </w:r>
    </w:p>
    <w:p>
      <w:pPr>
        <w:spacing w:after="120" w:before="0" w:line="312" w:lineRule="auto"/>
      </w:pPr>
      <w:r>
        <w:rPr>
          <w:b/>
        </w:rPr>
        <w:t xml:space="preserve">TELEFON / E-POSTA: </w:t>
      </w:r>
      <w:r>
        <w:t>[...........] / [...........]</w:t>
      </w:r>
    </w:p>
    <w:p>
      <w:pPr>
        <w:spacing w:after="120" w:before="0" w:line="312" w:lineRule="auto"/>
      </w:pPr>
      <w:r>
        <w:rPr>
          <w:b/>
        </w:rPr>
        <w:t xml:space="preserve">VEKİL (VARSA): </w:t>
      </w:r>
      <w:r>
        <w:t>[Av. Ad Soyad – Vergi Kimlik No – Adres; yoksa bu satırı silin]</w:t>
      </w:r>
    </w:p>
    <w:p>
      <w:pPr>
        <w:spacing w:after="120" w:before="0" w:line="312" w:lineRule="auto"/>
      </w:pPr>
      <w:r>
        <w:rPr>
          <w:b/>
        </w:rPr>
        <w:t xml:space="preserve">ŞİKÂYET EDİLEN (SATICI / SAĞLAYICI): </w:t>
      </w:r>
      <w:r>
        <w:t>[Unvan] – Vergi Kimlik No / MERSİS No: [...........] – [Adres]</w:t>
      </w:r>
    </w:p>
    <w:p>
      <w:pPr>
        <w:spacing w:after="120" w:before="0" w:line="312" w:lineRule="auto"/>
      </w:pPr>
      <w:r>
        <w:rPr>
          <w:b/>
        </w:rPr>
        <w:t xml:space="preserve">UYUŞMAZLIK TARİHİ: </w:t>
      </w:r>
      <w:r>
        <w:t>[Satın alma / hizmetin alındığı tarih]</w:t>
      </w:r>
    </w:p>
    <w:p>
      <w:pPr>
        <w:spacing w:after="120" w:before="0" w:line="312" w:lineRule="auto"/>
      </w:pPr>
      <w:r>
        <w:rPr>
          <w:b/>
        </w:rPr>
        <w:t xml:space="preserve">UYUŞMAZLIK DEĞERİ: </w:t>
      </w:r>
      <w:r>
        <w:t>[.....] TL (2026 yılı başvuru sınırı 186.000 TL'nin altındadır)</w:t>
      </w:r>
    </w:p>
    <w:p>
      <w:pPr>
        <w:spacing w:after="120" w:before="0" w:line="312" w:lineRule="auto"/>
      </w:pPr>
      <w:r>
        <w:rPr>
          <w:b/>
        </w:rPr>
        <w:t xml:space="preserve">KONU: </w:t>
      </w:r>
      <w:r>
        <w:t>Ayıplı [mal / hizmet] nedeniyle seçimlik hakkımın kullanılması ve şikâyet edilenin [bedel iadesi / değişim / onarım / bedelden indirim] yükümlülüğüne karar verilmesi istemidir.</w:t>
      </w:r>
    </w:p>
    <w:p>
      <w:pPr>
        <w:spacing w:after="120" w:before="200" w:line="312" w:lineRule="auto"/>
      </w:pPr>
      <w:r>
        <w:rPr>
          <w:b/>
        </w:rPr>
        <w:t>AÇIKLAMALAR:</w:t>
      </w:r>
    </w:p>
    <w:p>
      <w:pPr>
        <w:spacing w:after="160" w:before="0" w:line="312" w:lineRule="auto"/>
        <w:jc w:val="both"/>
      </w:pPr>
      <w:r>
        <w:t>1. Şikâyet edilenden [gün/ay/yıl] tarihinde [ürün / hizmetin adı, marka ve modeli] [.....] TL bedelle satın aldım. Fatura ektedir. Bu alışverişi ticari veya mesleki olmayan amaçla, tüketici olarak yaptım.</w:t>
      </w:r>
    </w:p>
    <w:p>
      <w:pPr>
        <w:spacing w:after="160" w:before="0" w:line="312" w:lineRule="auto"/>
        <w:jc w:val="both"/>
      </w:pPr>
      <w:r>
        <w:t>2. [Ayıbı ve ne zaman fark ettiğinizi kısaca yazın; örneğin:] Ürün teslimden [....] gün sonra [arızayı / kusuru açıkça yazın] göstermeye başlamıştır. [Servis kaydı / teknik rapor / fotoğraf] ektedir.</w:t>
      </w:r>
    </w:p>
    <w:p>
      <w:pPr>
        <w:spacing w:after="160" w:before="0" w:line="312" w:lineRule="auto"/>
        <w:jc w:val="both"/>
      </w:pPr>
      <w:r>
        <w:t>3. Durumu [gün/ay/yıl] tarihinde şikâyet edilene [e-posta / müşteri hizmetleri kaydı / noter ihtarı] ile bildirdim; [talebim reddedildi / cevap verilmedi / sorun giderilmedi]. Yazışmalar ektedir.</w:t>
      </w:r>
    </w:p>
    <w:p>
      <w:pPr>
        <w:spacing w:after="160" w:before="0" w:line="312" w:lineRule="auto"/>
        <w:jc w:val="both"/>
      </w:pPr>
      <w:r>
        <w:t>4. 6502 sayılı Tüketicinin Korunması Hakkında Kanun'un [ayıplı malda 11. / ayıplı hizmette 15.] maddesi uyarınca seçimlik haklarımdan [sözleşmeden dönme ve bedel iadesi / ayıpsız misliyle değişim / ücretsiz onarım / ayıp oranında bedelden indirim] hakkını kullanıyorum. [Yalnız birini yazın.]</w:t>
      </w:r>
    </w:p>
    <w:p>
      <w:pPr>
        <w:spacing w:after="160" w:before="0" w:line="312" w:lineRule="auto"/>
        <w:jc w:val="both"/>
      </w:pPr>
      <w:r>
        <w:t>5. [Varsa ekleyin:] Ayrıca ödediğim bedele [gün/ay/yıl] tarihinden itibaren işleyecek yasal faizin ve [kargo / ekspertiz gibi] [.....] TL zararımın da ödenmesini talep ediyorum.</w:t>
      </w:r>
    </w:p>
    <w:p>
      <w:pPr>
        <w:spacing w:after="160" w:before="0" w:line="312" w:lineRule="auto"/>
        <w:jc w:val="both"/>
      </w:pPr>
      <w:r>
        <w:t>6. Aynı uyuşmazlık için başka bir tüketici hakem heyetine veya tüketici mahkemesine başvurmadım.</w:t>
      </w:r>
    </w:p>
    <w:p>
      <w:pPr>
        <w:spacing w:after="120" w:before="200" w:line="312" w:lineRule="auto"/>
      </w:pPr>
      <w:r>
        <w:rPr>
          <w:b/>
        </w:rPr>
        <w:t>HUKUKİ NEDENLER:</w:t>
      </w:r>
    </w:p>
    <w:p>
      <w:pPr>
        <w:spacing w:after="160" w:before="0" w:line="312" w:lineRule="auto"/>
        <w:jc w:val="both"/>
      </w:pPr>
      <w:r>
        <w:t>6502 sayılı Tüketicinin Korunması Hakkında Kanun m. 11, 15, 68, 70; Tüketici Hakem Heyetleri Yönetmeliği m. 6, 11 ve ilgili mevzuat.</w:t>
      </w:r>
    </w:p>
    <w:p>
      <w:pPr>
        <w:spacing w:after="120" w:before="200" w:line="312" w:lineRule="auto"/>
      </w:pPr>
      <w:r>
        <w:rPr>
          <w:b/>
        </w:rPr>
        <w:t>DELİLLER:</w:t>
      </w:r>
    </w:p>
    <w:p>
      <w:pPr>
        <w:spacing w:after="160" w:before="0" w:line="312" w:lineRule="auto"/>
        <w:jc w:val="both"/>
      </w:pPr>
      <w:r>
        <w:t>Fatura, sözleşme, ödeme dekontu, servis ve teknik raporlar, yazışmalar, fotoğraf ve videolar, gerektiğinde bilirkişi incelemesi.</w:t>
      </w:r>
    </w:p>
    <w:p>
      <w:pPr>
        <w:spacing w:after="120" w:before="200" w:line="312" w:lineRule="auto"/>
      </w:pPr>
      <w:r>
        <w:rPr>
          <w:b/>
        </w:rPr>
        <w:t>SONUÇ VE İSTEM:</w:t>
      </w:r>
    </w:p>
    <w:p>
      <w:pPr>
        <w:spacing w:after="160" w:before="0" w:line="312" w:lineRule="auto"/>
        <w:jc w:val="both"/>
      </w:pPr>
      <w:r>
        <w:t>Yukarıda açıkladığım nedenlerle başvurumun kabulüne; şikâyet edilenin [.....] TL'yi [faiziyle birlikte] tarafıma ödemesine / [ürünün ayıpsız misliyle değiştirilmesine] karar verilmesini saygıyla arz ederim.</w:t>
      </w:r>
    </w:p>
    <w:p>
      <w:pPr>
        <w:spacing w:after="160" w:before="360" w:line="312" w:lineRule="auto"/>
        <w:jc w:val="right"/>
      </w:pPr>
      <w:r>
        <w:t>Başvuran</w:t>
        <w:br/>
        <w:t>[Ad Soyad]</w:t>
        <w:br/>
        <w:t>[İmza] – [Tarih]</w:t>
      </w:r>
    </w:p>
    <w:p>
      <w:pPr>
        <w:spacing w:after="160" w:before="280" w:line="312" w:lineRule="auto"/>
      </w:pPr>
      <w:r>
        <w:rPr>
          <w:sz w:val="22"/>
        </w:rPr>
        <w:t>EKLER: 1. Fatura / sözleşme  2. Ödeme dekontu  3. Servis kaydı veya teknik rapor  4. Yazışmalar  5. [Fotoğraf, video veya diğer belgeler]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Başvuru Dilekçesi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